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9FE9B" w14:textId="76CF0F78" w:rsidR="00043B80" w:rsidRDefault="000241D8" w:rsidP="00E45691">
      <w:pPr>
        <w:spacing w:after="0"/>
        <w:jc w:val="center"/>
        <w:rPr>
          <w:b/>
          <w:sz w:val="32"/>
        </w:rPr>
      </w:pPr>
      <w:r>
        <w:rPr>
          <w:b/>
          <w:sz w:val="32"/>
        </w:rPr>
        <w:t>HIGH SCHOOL BASKETBALL LEAGUE</w:t>
      </w:r>
      <w:r>
        <w:rPr>
          <w:b/>
          <w:sz w:val="32"/>
        </w:rPr>
        <w:br/>
        <w:t>TEAM ROSTER FORM</w:t>
      </w:r>
    </w:p>
    <w:p w14:paraId="2C8D2E5D" w14:textId="77777777" w:rsidR="00041FB6" w:rsidRDefault="00041FB6" w:rsidP="00741074">
      <w:pPr>
        <w:spacing w:after="0"/>
        <w:jc w:val="center"/>
      </w:pPr>
      <w:r>
        <w:rPr>
          <w:b/>
        </w:rPr>
        <w:t>Player Age: 15–17  |  Grades 10–12  |  Fallston High School</w:t>
      </w:r>
    </w:p>
    <w:p w14:paraId="6E0E3327" w14:textId="15EC1073" w:rsidR="00E45691" w:rsidRPr="00741074" w:rsidRDefault="00E45691" w:rsidP="00741074">
      <w:pPr>
        <w:spacing w:after="0"/>
        <w:jc w:val="center"/>
        <w:rPr>
          <w:b/>
          <w:color w:val="EE0000"/>
          <w:sz w:val="20"/>
          <w:szCs w:val="20"/>
        </w:rPr>
      </w:pPr>
      <w:r w:rsidRPr="00741074">
        <w:rPr>
          <w:b/>
          <w:color w:val="EE0000"/>
          <w:sz w:val="20"/>
          <w:szCs w:val="20"/>
        </w:rPr>
        <w:t xml:space="preserve">Please return </w:t>
      </w:r>
      <w:r w:rsidR="00AE47ED">
        <w:rPr>
          <w:b/>
          <w:color w:val="EE0000"/>
          <w:sz w:val="20"/>
          <w:szCs w:val="20"/>
        </w:rPr>
        <w:t xml:space="preserve">roster </w:t>
      </w:r>
      <w:r w:rsidRPr="00741074">
        <w:rPr>
          <w:b/>
          <w:color w:val="EE0000"/>
          <w:sz w:val="20"/>
          <w:szCs w:val="20"/>
        </w:rPr>
        <w:t xml:space="preserve">form to </w:t>
      </w:r>
      <w:r w:rsidR="00041FB6" w:rsidRPr="00741074">
        <w:rPr>
          <w:b/>
          <w:color w:val="EE0000"/>
          <w:sz w:val="20"/>
          <w:szCs w:val="20"/>
        </w:rPr>
        <w:t>bill.anderson.fca@gmail.com</w:t>
      </w:r>
    </w:p>
    <w:p w14:paraId="4CBFFD3E" w14:textId="77777777" w:rsidR="00A56A25" w:rsidRDefault="000241D8">
      <w:pPr>
        <w:pStyle w:val="Heading2"/>
      </w:pPr>
      <w:r>
        <w:t>TEAM AND COACH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A56A25" w14:paraId="5BB0ABC6" w14:textId="77777777">
        <w:trPr>
          <w:jc w:val="center"/>
        </w:trPr>
        <w:tc>
          <w:tcPr>
            <w:tcW w:w="5256" w:type="dxa"/>
            <w:vAlign w:val="center"/>
          </w:tcPr>
          <w:p w14:paraId="7C631C92" w14:textId="76A6EB14" w:rsidR="00A56A25" w:rsidRDefault="000241D8">
            <w:r>
              <w:t>Team Name:</w:t>
            </w:r>
            <w:r>
              <w:br/>
            </w:r>
          </w:p>
        </w:tc>
        <w:tc>
          <w:tcPr>
            <w:tcW w:w="5256" w:type="dxa"/>
            <w:vAlign w:val="center"/>
          </w:tcPr>
          <w:p w14:paraId="014C0035" w14:textId="77777777" w:rsidR="00A56A25" w:rsidRDefault="000241D8">
            <w:r>
              <w:t>Coach Name(s):</w:t>
            </w:r>
            <w:r>
              <w:br/>
            </w:r>
            <w:r>
              <w:br/>
            </w:r>
          </w:p>
        </w:tc>
      </w:tr>
      <w:tr w:rsidR="00A56A25" w14:paraId="6330CA86" w14:textId="77777777">
        <w:trPr>
          <w:jc w:val="center"/>
        </w:trPr>
        <w:tc>
          <w:tcPr>
            <w:tcW w:w="5256" w:type="dxa"/>
            <w:vAlign w:val="center"/>
          </w:tcPr>
          <w:p w14:paraId="23BA9F74" w14:textId="77777777" w:rsidR="00A56A25" w:rsidRDefault="000241D8">
            <w:r>
              <w:t>Coach Email Address:</w:t>
            </w:r>
            <w:r>
              <w:br/>
            </w:r>
            <w:r>
              <w:br/>
            </w:r>
          </w:p>
        </w:tc>
        <w:tc>
          <w:tcPr>
            <w:tcW w:w="5256" w:type="dxa"/>
            <w:vAlign w:val="center"/>
          </w:tcPr>
          <w:p w14:paraId="4983DFE2" w14:textId="77777777" w:rsidR="00A56A25" w:rsidRDefault="000241D8">
            <w:r>
              <w:t>Cell Number:</w:t>
            </w:r>
            <w:r>
              <w:br/>
            </w:r>
            <w:r>
              <w:br/>
            </w:r>
          </w:p>
        </w:tc>
      </w:tr>
      <w:tr w:rsidR="00A56A25" w14:paraId="66D1547B" w14:textId="77777777">
        <w:trPr>
          <w:jc w:val="center"/>
        </w:trPr>
        <w:tc>
          <w:tcPr>
            <w:tcW w:w="5256" w:type="dxa"/>
            <w:vAlign w:val="center"/>
          </w:tcPr>
          <w:p w14:paraId="61D66652" w14:textId="77777777" w:rsidR="00A56A25" w:rsidRDefault="000241D8">
            <w:r>
              <w:t>Assistant Coach (if applicable):</w:t>
            </w:r>
            <w:r>
              <w:br/>
            </w:r>
            <w:r>
              <w:br/>
            </w:r>
          </w:p>
        </w:tc>
        <w:tc>
          <w:tcPr>
            <w:tcW w:w="5256" w:type="dxa"/>
            <w:vAlign w:val="center"/>
          </w:tcPr>
          <w:p w14:paraId="79204A5A" w14:textId="77777777" w:rsidR="00A56A25" w:rsidRDefault="000241D8">
            <w:r>
              <w:t>Assistant Coach Cell Number:</w:t>
            </w:r>
            <w:r>
              <w:br/>
            </w:r>
            <w:r>
              <w:br/>
            </w:r>
          </w:p>
        </w:tc>
      </w:tr>
      <w:tr w:rsidR="00A56A25" w14:paraId="1F8A39E9" w14:textId="77777777">
        <w:trPr>
          <w:jc w:val="center"/>
        </w:trPr>
        <w:tc>
          <w:tcPr>
            <w:tcW w:w="5256" w:type="dxa"/>
            <w:vAlign w:val="center"/>
          </w:tcPr>
          <w:p w14:paraId="07A2E135" w14:textId="77777777" w:rsidR="00A56A25" w:rsidRDefault="000241D8">
            <w:r>
              <w:t>Division (if known):  ☐ A  ☐ B</w:t>
            </w:r>
            <w:r>
              <w:br/>
            </w:r>
            <w:r>
              <w:br/>
            </w:r>
          </w:p>
        </w:tc>
        <w:tc>
          <w:tcPr>
            <w:tcW w:w="5256" w:type="dxa"/>
            <w:vAlign w:val="center"/>
          </w:tcPr>
          <w:p w14:paraId="0EA65EA9" w14:textId="77777777" w:rsidR="00A56A25" w:rsidRDefault="000241D8">
            <w:r>
              <w:t>Date Submitted:</w:t>
            </w:r>
            <w:r>
              <w:br/>
            </w:r>
            <w:r>
              <w:br/>
            </w:r>
          </w:p>
        </w:tc>
      </w:tr>
    </w:tbl>
    <w:p w14:paraId="14DC622F" w14:textId="77777777" w:rsidR="00A56A25" w:rsidRDefault="000241D8">
      <w:pPr>
        <w:pStyle w:val="Heading2"/>
      </w:pPr>
      <w:r>
        <w:t>TEAM ROSTER</w:t>
      </w:r>
    </w:p>
    <w:p w14:paraId="65AF63F0" w14:textId="77777777" w:rsidR="00A56A25" w:rsidRDefault="000241D8">
      <w:pPr>
        <w:spacing w:after="80"/>
      </w:pPr>
      <w:r>
        <w:t>List 8–10 players. If your team has fewer than 8 players, the league organizer can help fill the remaining spots.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3096"/>
        <w:gridCol w:w="2232"/>
        <w:gridCol w:w="2232"/>
        <w:gridCol w:w="1440"/>
      </w:tblGrid>
      <w:tr w:rsidR="00A56A25" w14:paraId="0378557F" w14:textId="77777777">
        <w:trPr>
          <w:jc w:val="center"/>
        </w:trPr>
        <w:tc>
          <w:tcPr>
            <w:tcW w:w="605" w:type="dxa"/>
            <w:shd w:val="clear" w:color="auto" w:fill="D9EAF7"/>
            <w:vAlign w:val="center"/>
          </w:tcPr>
          <w:p w14:paraId="1499D73D" w14:textId="77777777" w:rsidR="00A56A25" w:rsidRDefault="000241D8">
            <w:pPr>
              <w:jc w:val="center"/>
            </w:pPr>
            <w:r>
              <w:rPr>
                <w:b/>
                <w:sz w:val="16"/>
              </w:rPr>
              <w:t>No.</w:t>
            </w:r>
          </w:p>
        </w:tc>
        <w:tc>
          <w:tcPr>
            <w:tcW w:w="3096" w:type="dxa"/>
            <w:shd w:val="clear" w:color="auto" w:fill="D9EAF7"/>
            <w:vAlign w:val="center"/>
          </w:tcPr>
          <w:p w14:paraId="6CE30BF6" w14:textId="77777777" w:rsidR="00A56A25" w:rsidRDefault="000241D8">
            <w:pPr>
              <w:jc w:val="center"/>
            </w:pPr>
            <w:r>
              <w:rPr>
                <w:b/>
                <w:sz w:val="16"/>
              </w:rPr>
              <w:t>Player Name</w:t>
            </w:r>
          </w:p>
        </w:tc>
        <w:tc>
          <w:tcPr>
            <w:tcW w:w="2232" w:type="dxa"/>
            <w:shd w:val="clear" w:color="auto" w:fill="D9EAF7"/>
            <w:vAlign w:val="center"/>
          </w:tcPr>
          <w:p w14:paraId="5D4EBD2C" w14:textId="77777777" w:rsidR="00A56A25" w:rsidRDefault="000241D8">
            <w:pPr>
              <w:jc w:val="center"/>
            </w:pPr>
            <w:r>
              <w:rPr>
                <w:b/>
                <w:sz w:val="16"/>
              </w:rPr>
              <w:t>Cell Number</w:t>
            </w:r>
          </w:p>
        </w:tc>
        <w:tc>
          <w:tcPr>
            <w:tcW w:w="2232" w:type="dxa"/>
            <w:shd w:val="clear" w:color="auto" w:fill="D9EAF7"/>
            <w:vAlign w:val="center"/>
          </w:tcPr>
          <w:p w14:paraId="30BC34E6" w14:textId="77777777" w:rsidR="00A56A25" w:rsidRDefault="000241D8">
            <w:pPr>
              <w:jc w:val="center"/>
            </w:pPr>
            <w:r>
              <w:rPr>
                <w:b/>
                <w:sz w:val="16"/>
              </w:rPr>
              <w:t>School</w:t>
            </w:r>
          </w:p>
        </w:tc>
        <w:tc>
          <w:tcPr>
            <w:tcW w:w="1440" w:type="dxa"/>
            <w:shd w:val="clear" w:color="auto" w:fill="D9EAF7"/>
            <w:vAlign w:val="center"/>
          </w:tcPr>
          <w:p w14:paraId="3F463552" w14:textId="77777777" w:rsidR="00A56A25" w:rsidRDefault="000241D8">
            <w:pPr>
              <w:jc w:val="center"/>
            </w:pPr>
            <w:r>
              <w:rPr>
                <w:b/>
                <w:sz w:val="16"/>
              </w:rPr>
              <w:t>Shirt Size</w:t>
            </w:r>
          </w:p>
        </w:tc>
      </w:tr>
      <w:tr w:rsidR="00A56A25" w14:paraId="499D0CC5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3A74A049" w14:textId="77777777" w:rsidR="00A56A25" w:rsidRDefault="000241D8">
            <w:r>
              <w:rPr>
                <w:sz w:val="16"/>
              </w:rPr>
              <w:t>1.</w:t>
            </w:r>
          </w:p>
        </w:tc>
        <w:tc>
          <w:tcPr>
            <w:tcW w:w="3096" w:type="dxa"/>
            <w:vAlign w:val="center"/>
          </w:tcPr>
          <w:p w14:paraId="2735DE5F" w14:textId="77777777" w:rsidR="00A56A25" w:rsidRDefault="00A56A25"/>
        </w:tc>
        <w:tc>
          <w:tcPr>
            <w:tcW w:w="2232" w:type="dxa"/>
            <w:vAlign w:val="center"/>
          </w:tcPr>
          <w:p w14:paraId="58A0B1C9" w14:textId="77777777" w:rsidR="00A56A25" w:rsidRDefault="00A56A25"/>
        </w:tc>
        <w:tc>
          <w:tcPr>
            <w:tcW w:w="2232" w:type="dxa"/>
            <w:vAlign w:val="center"/>
          </w:tcPr>
          <w:p w14:paraId="27D14C9B" w14:textId="77777777" w:rsidR="00A56A25" w:rsidRDefault="00A56A25"/>
        </w:tc>
        <w:tc>
          <w:tcPr>
            <w:tcW w:w="1440" w:type="dxa"/>
            <w:vAlign w:val="center"/>
          </w:tcPr>
          <w:p w14:paraId="23748EF5" w14:textId="77777777" w:rsidR="00A56A25" w:rsidRDefault="00A56A25"/>
        </w:tc>
      </w:tr>
      <w:tr w:rsidR="00A56A25" w14:paraId="09BE1DBE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28FFAB26" w14:textId="77777777" w:rsidR="00A56A25" w:rsidRDefault="000241D8">
            <w:r>
              <w:rPr>
                <w:sz w:val="16"/>
              </w:rPr>
              <w:t>2.</w:t>
            </w:r>
          </w:p>
        </w:tc>
        <w:tc>
          <w:tcPr>
            <w:tcW w:w="3096" w:type="dxa"/>
            <w:vAlign w:val="center"/>
          </w:tcPr>
          <w:p w14:paraId="73559284" w14:textId="77777777" w:rsidR="00A56A25" w:rsidRDefault="00A56A25"/>
        </w:tc>
        <w:tc>
          <w:tcPr>
            <w:tcW w:w="2232" w:type="dxa"/>
            <w:vAlign w:val="center"/>
          </w:tcPr>
          <w:p w14:paraId="34E2B742" w14:textId="77777777" w:rsidR="00A56A25" w:rsidRDefault="00A56A25"/>
        </w:tc>
        <w:tc>
          <w:tcPr>
            <w:tcW w:w="2232" w:type="dxa"/>
            <w:vAlign w:val="center"/>
          </w:tcPr>
          <w:p w14:paraId="789D28A1" w14:textId="77777777" w:rsidR="00A56A25" w:rsidRDefault="00A56A25"/>
        </w:tc>
        <w:tc>
          <w:tcPr>
            <w:tcW w:w="1440" w:type="dxa"/>
            <w:vAlign w:val="center"/>
          </w:tcPr>
          <w:p w14:paraId="402C9788" w14:textId="77777777" w:rsidR="00A56A25" w:rsidRDefault="00A56A25"/>
        </w:tc>
      </w:tr>
      <w:tr w:rsidR="00A56A25" w14:paraId="684C73FE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5D87B3A0" w14:textId="77777777" w:rsidR="00A56A25" w:rsidRDefault="000241D8">
            <w:r>
              <w:rPr>
                <w:sz w:val="16"/>
              </w:rPr>
              <w:t>3.</w:t>
            </w:r>
          </w:p>
        </w:tc>
        <w:tc>
          <w:tcPr>
            <w:tcW w:w="3096" w:type="dxa"/>
            <w:vAlign w:val="center"/>
          </w:tcPr>
          <w:p w14:paraId="3A02E468" w14:textId="77777777" w:rsidR="00A56A25" w:rsidRDefault="00A56A25"/>
        </w:tc>
        <w:tc>
          <w:tcPr>
            <w:tcW w:w="2232" w:type="dxa"/>
            <w:vAlign w:val="center"/>
          </w:tcPr>
          <w:p w14:paraId="1C01371C" w14:textId="77777777" w:rsidR="00A56A25" w:rsidRDefault="00A56A25"/>
        </w:tc>
        <w:tc>
          <w:tcPr>
            <w:tcW w:w="2232" w:type="dxa"/>
            <w:vAlign w:val="center"/>
          </w:tcPr>
          <w:p w14:paraId="75ABF207" w14:textId="77777777" w:rsidR="00A56A25" w:rsidRDefault="00A56A25"/>
        </w:tc>
        <w:tc>
          <w:tcPr>
            <w:tcW w:w="1440" w:type="dxa"/>
            <w:vAlign w:val="center"/>
          </w:tcPr>
          <w:p w14:paraId="6070F3F9" w14:textId="77777777" w:rsidR="00A56A25" w:rsidRDefault="00A56A25"/>
        </w:tc>
      </w:tr>
      <w:tr w:rsidR="00A56A25" w14:paraId="32BEE9B1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580ABDA0" w14:textId="77777777" w:rsidR="00A56A25" w:rsidRDefault="000241D8">
            <w:r>
              <w:rPr>
                <w:sz w:val="16"/>
              </w:rPr>
              <w:t>4.</w:t>
            </w:r>
          </w:p>
        </w:tc>
        <w:tc>
          <w:tcPr>
            <w:tcW w:w="3096" w:type="dxa"/>
            <w:vAlign w:val="center"/>
          </w:tcPr>
          <w:p w14:paraId="2F19819C" w14:textId="77777777" w:rsidR="00A56A25" w:rsidRDefault="00A56A25"/>
        </w:tc>
        <w:tc>
          <w:tcPr>
            <w:tcW w:w="2232" w:type="dxa"/>
            <w:vAlign w:val="center"/>
          </w:tcPr>
          <w:p w14:paraId="008E1963" w14:textId="77777777" w:rsidR="00A56A25" w:rsidRDefault="00A56A25"/>
        </w:tc>
        <w:tc>
          <w:tcPr>
            <w:tcW w:w="2232" w:type="dxa"/>
            <w:vAlign w:val="center"/>
          </w:tcPr>
          <w:p w14:paraId="6670AB07" w14:textId="77777777" w:rsidR="00A56A25" w:rsidRDefault="00A56A25"/>
        </w:tc>
        <w:tc>
          <w:tcPr>
            <w:tcW w:w="1440" w:type="dxa"/>
            <w:vAlign w:val="center"/>
          </w:tcPr>
          <w:p w14:paraId="0B5E1100" w14:textId="77777777" w:rsidR="00A56A25" w:rsidRDefault="00A56A25"/>
        </w:tc>
      </w:tr>
      <w:tr w:rsidR="00A56A25" w14:paraId="1F7AD10D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61180A15" w14:textId="77777777" w:rsidR="00A56A25" w:rsidRDefault="000241D8">
            <w:r>
              <w:rPr>
                <w:sz w:val="16"/>
              </w:rPr>
              <w:t>5.</w:t>
            </w:r>
          </w:p>
        </w:tc>
        <w:tc>
          <w:tcPr>
            <w:tcW w:w="3096" w:type="dxa"/>
            <w:vAlign w:val="center"/>
          </w:tcPr>
          <w:p w14:paraId="7247BF36" w14:textId="77777777" w:rsidR="00A56A25" w:rsidRDefault="00A56A25"/>
        </w:tc>
        <w:tc>
          <w:tcPr>
            <w:tcW w:w="2232" w:type="dxa"/>
            <w:vAlign w:val="center"/>
          </w:tcPr>
          <w:p w14:paraId="457F76EC" w14:textId="77777777" w:rsidR="00A56A25" w:rsidRDefault="00A56A25"/>
        </w:tc>
        <w:tc>
          <w:tcPr>
            <w:tcW w:w="2232" w:type="dxa"/>
            <w:vAlign w:val="center"/>
          </w:tcPr>
          <w:p w14:paraId="460222C3" w14:textId="77777777" w:rsidR="00A56A25" w:rsidRDefault="00A56A25"/>
        </w:tc>
        <w:tc>
          <w:tcPr>
            <w:tcW w:w="1440" w:type="dxa"/>
            <w:vAlign w:val="center"/>
          </w:tcPr>
          <w:p w14:paraId="5AFC6350" w14:textId="77777777" w:rsidR="00A56A25" w:rsidRDefault="00A56A25"/>
        </w:tc>
      </w:tr>
      <w:tr w:rsidR="00A56A25" w14:paraId="21170DF2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45B2A328" w14:textId="77777777" w:rsidR="00A56A25" w:rsidRDefault="000241D8">
            <w:r>
              <w:rPr>
                <w:sz w:val="16"/>
              </w:rPr>
              <w:t>6.</w:t>
            </w:r>
          </w:p>
        </w:tc>
        <w:tc>
          <w:tcPr>
            <w:tcW w:w="3096" w:type="dxa"/>
            <w:vAlign w:val="center"/>
          </w:tcPr>
          <w:p w14:paraId="712A21A6" w14:textId="77777777" w:rsidR="00A56A25" w:rsidRDefault="00A56A25"/>
        </w:tc>
        <w:tc>
          <w:tcPr>
            <w:tcW w:w="2232" w:type="dxa"/>
            <w:vAlign w:val="center"/>
          </w:tcPr>
          <w:p w14:paraId="7859E1A0" w14:textId="77777777" w:rsidR="00A56A25" w:rsidRDefault="00A56A25"/>
        </w:tc>
        <w:tc>
          <w:tcPr>
            <w:tcW w:w="2232" w:type="dxa"/>
            <w:vAlign w:val="center"/>
          </w:tcPr>
          <w:p w14:paraId="2B31AEF0" w14:textId="77777777" w:rsidR="00A56A25" w:rsidRDefault="00A56A25"/>
        </w:tc>
        <w:tc>
          <w:tcPr>
            <w:tcW w:w="1440" w:type="dxa"/>
            <w:vAlign w:val="center"/>
          </w:tcPr>
          <w:p w14:paraId="2C10F1C0" w14:textId="77777777" w:rsidR="00A56A25" w:rsidRDefault="00A56A25"/>
        </w:tc>
      </w:tr>
      <w:tr w:rsidR="00A56A25" w14:paraId="03E37DB7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0C7EC36D" w14:textId="77777777" w:rsidR="00A56A25" w:rsidRDefault="000241D8">
            <w:r>
              <w:rPr>
                <w:sz w:val="16"/>
              </w:rPr>
              <w:t>7.</w:t>
            </w:r>
          </w:p>
        </w:tc>
        <w:tc>
          <w:tcPr>
            <w:tcW w:w="3096" w:type="dxa"/>
            <w:vAlign w:val="center"/>
          </w:tcPr>
          <w:p w14:paraId="761BDD26" w14:textId="77777777" w:rsidR="00A56A25" w:rsidRDefault="00A56A25"/>
        </w:tc>
        <w:tc>
          <w:tcPr>
            <w:tcW w:w="2232" w:type="dxa"/>
            <w:vAlign w:val="center"/>
          </w:tcPr>
          <w:p w14:paraId="25FFEF9F" w14:textId="77777777" w:rsidR="00A56A25" w:rsidRDefault="00A56A25"/>
        </w:tc>
        <w:tc>
          <w:tcPr>
            <w:tcW w:w="2232" w:type="dxa"/>
            <w:vAlign w:val="center"/>
          </w:tcPr>
          <w:p w14:paraId="66986121" w14:textId="77777777" w:rsidR="00A56A25" w:rsidRDefault="00A56A25"/>
        </w:tc>
        <w:tc>
          <w:tcPr>
            <w:tcW w:w="1440" w:type="dxa"/>
            <w:vAlign w:val="center"/>
          </w:tcPr>
          <w:p w14:paraId="7ED31BEE" w14:textId="77777777" w:rsidR="00A56A25" w:rsidRDefault="00A56A25"/>
        </w:tc>
      </w:tr>
      <w:tr w:rsidR="00A56A25" w14:paraId="4BFCE37B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495A7985" w14:textId="77777777" w:rsidR="00A56A25" w:rsidRDefault="000241D8">
            <w:r>
              <w:rPr>
                <w:sz w:val="16"/>
              </w:rPr>
              <w:t>8.</w:t>
            </w:r>
          </w:p>
        </w:tc>
        <w:tc>
          <w:tcPr>
            <w:tcW w:w="3096" w:type="dxa"/>
            <w:vAlign w:val="center"/>
          </w:tcPr>
          <w:p w14:paraId="2EF4CB51" w14:textId="77777777" w:rsidR="00A56A25" w:rsidRDefault="00A56A25"/>
        </w:tc>
        <w:tc>
          <w:tcPr>
            <w:tcW w:w="2232" w:type="dxa"/>
            <w:vAlign w:val="center"/>
          </w:tcPr>
          <w:p w14:paraId="0028C0C4" w14:textId="77777777" w:rsidR="00A56A25" w:rsidRDefault="00A56A25"/>
        </w:tc>
        <w:tc>
          <w:tcPr>
            <w:tcW w:w="2232" w:type="dxa"/>
            <w:vAlign w:val="center"/>
          </w:tcPr>
          <w:p w14:paraId="3677C69E" w14:textId="77777777" w:rsidR="00A56A25" w:rsidRDefault="00A56A25"/>
        </w:tc>
        <w:tc>
          <w:tcPr>
            <w:tcW w:w="1440" w:type="dxa"/>
            <w:vAlign w:val="center"/>
          </w:tcPr>
          <w:p w14:paraId="2C0B63B5" w14:textId="77777777" w:rsidR="00A56A25" w:rsidRDefault="00A56A25"/>
        </w:tc>
      </w:tr>
      <w:tr w:rsidR="00A56A25" w14:paraId="16CAAC10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3FAFBF86" w14:textId="77777777" w:rsidR="00A56A25" w:rsidRDefault="000241D8">
            <w:r>
              <w:rPr>
                <w:sz w:val="16"/>
              </w:rPr>
              <w:t>9.</w:t>
            </w:r>
          </w:p>
        </w:tc>
        <w:tc>
          <w:tcPr>
            <w:tcW w:w="3096" w:type="dxa"/>
            <w:vAlign w:val="center"/>
          </w:tcPr>
          <w:p w14:paraId="5453495A" w14:textId="77777777" w:rsidR="00A56A25" w:rsidRDefault="00A56A25"/>
        </w:tc>
        <w:tc>
          <w:tcPr>
            <w:tcW w:w="2232" w:type="dxa"/>
            <w:vAlign w:val="center"/>
          </w:tcPr>
          <w:p w14:paraId="1A31DB16" w14:textId="77777777" w:rsidR="00A56A25" w:rsidRDefault="00A56A25"/>
        </w:tc>
        <w:tc>
          <w:tcPr>
            <w:tcW w:w="2232" w:type="dxa"/>
            <w:vAlign w:val="center"/>
          </w:tcPr>
          <w:p w14:paraId="05AEA939" w14:textId="77777777" w:rsidR="00A56A25" w:rsidRDefault="00A56A25"/>
        </w:tc>
        <w:tc>
          <w:tcPr>
            <w:tcW w:w="1440" w:type="dxa"/>
            <w:vAlign w:val="center"/>
          </w:tcPr>
          <w:p w14:paraId="189E9519" w14:textId="77777777" w:rsidR="00A56A25" w:rsidRDefault="00A56A25"/>
        </w:tc>
      </w:tr>
      <w:tr w:rsidR="00A56A25" w14:paraId="524C13B8" w14:textId="77777777">
        <w:trPr>
          <w:trHeight w:val="490"/>
          <w:jc w:val="center"/>
        </w:trPr>
        <w:tc>
          <w:tcPr>
            <w:tcW w:w="605" w:type="dxa"/>
            <w:vAlign w:val="center"/>
          </w:tcPr>
          <w:p w14:paraId="78379C54" w14:textId="77777777" w:rsidR="00A56A25" w:rsidRDefault="000241D8">
            <w:r>
              <w:rPr>
                <w:sz w:val="16"/>
              </w:rPr>
              <w:t>10.</w:t>
            </w:r>
          </w:p>
        </w:tc>
        <w:tc>
          <w:tcPr>
            <w:tcW w:w="3096" w:type="dxa"/>
            <w:vAlign w:val="center"/>
          </w:tcPr>
          <w:p w14:paraId="08753D67" w14:textId="77777777" w:rsidR="00A56A25" w:rsidRDefault="00A56A25"/>
        </w:tc>
        <w:tc>
          <w:tcPr>
            <w:tcW w:w="2232" w:type="dxa"/>
            <w:vAlign w:val="center"/>
          </w:tcPr>
          <w:p w14:paraId="14C147B3" w14:textId="77777777" w:rsidR="00A56A25" w:rsidRDefault="00A56A25"/>
        </w:tc>
        <w:tc>
          <w:tcPr>
            <w:tcW w:w="2232" w:type="dxa"/>
            <w:vAlign w:val="center"/>
          </w:tcPr>
          <w:p w14:paraId="55E8691B" w14:textId="77777777" w:rsidR="00A56A25" w:rsidRDefault="00A56A25"/>
        </w:tc>
        <w:tc>
          <w:tcPr>
            <w:tcW w:w="1440" w:type="dxa"/>
            <w:vAlign w:val="center"/>
          </w:tcPr>
          <w:p w14:paraId="50150ACC" w14:textId="77777777" w:rsidR="00A56A25" w:rsidRDefault="00A56A25"/>
        </w:tc>
      </w:tr>
    </w:tbl>
    <w:p w14:paraId="4B9D4AFE" w14:textId="77777777" w:rsidR="00A56A25" w:rsidRDefault="000241D8">
      <w:pPr>
        <w:pStyle w:val="Heading2"/>
      </w:pPr>
      <w:r>
        <w:t>PLAYER ELIGIBILITY CHECKLIST</w:t>
      </w:r>
    </w:p>
    <w:p w14:paraId="6C52C13F" w14:textId="77777777" w:rsidR="00A56A25" w:rsidRDefault="000241D8">
      <w:pPr>
        <w:spacing w:after="20"/>
      </w:pPr>
      <w:r>
        <w:t>☐  All players are enrolled in high school and are in grades 10–12.</w:t>
      </w:r>
    </w:p>
    <w:p w14:paraId="3DCC78F6" w14:textId="77777777" w:rsidR="00A56A25" w:rsidRDefault="000241D8">
      <w:pPr>
        <w:spacing w:after="20"/>
      </w:pPr>
      <w:r>
        <w:t>☐  All players are ages 15–17.</w:t>
      </w:r>
    </w:p>
    <w:p w14:paraId="68493E92" w14:textId="77777777" w:rsidR="00A56A25" w:rsidRDefault="000241D8">
      <w:pPr>
        <w:spacing w:after="20"/>
      </w:pPr>
      <w:r>
        <w:t>☐  JV players are eligible; players currently on a Varsity basketball roster are not eligible.</w:t>
      </w:r>
    </w:p>
    <w:p w14:paraId="5CF252A2" w14:textId="77777777" w:rsidR="00A56A25" w:rsidRDefault="000241D8">
      <w:pPr>
        <w:spacing w:after="20"/>
      </w:pPr>
      <w:r>
        <w:t>☐  Roster contains 8–10 players, or league assistance is requested for remaining spots.</w:t>
      </w:r>
    </w:p>
    <w:p w14:paraId="57590AC2" w14:textId="77777777" w:rsidR="00A56A25" w:rsidRDefault="000241D8">
      <w:pPr>
        <w:pStyle w:val="Heading2"/>
      </w:pPr>
      <w:r>
        <w:t>COACH ACKNOWLEDGMENT</w:t>
      </w:r>
    </w:p>
    <w:p w14:paraId="0DFEA2A0" w14:textId="77777777" w:rsidR="00A56A25" w:rsidRDefault="000241D8">
      <w:pPr>
        <w:spacing w:after="120"/>
      </w:pPr>
      <w:r>
        <w:t>I understand that the coach must be at least 21 years old and attend every game or arrange a replacement. Games will not be played without a coach present and may be recorded as a forfeit.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51"/>
        <w:gridCol w:w="5251"/>
      </w:tblGrid>
      <w:tr w:rsidR="00A56A25" w14:paraId="11E13223" w14:textId="77777777">
        <w:trPr>
          <w:jc w:val="center"/>
        </w:trPr>
        <w:tc>
          <w:tcPr>
            <w:tcW w:w="5256" w:type="dxa"/>
          </w:tcPr>
          <w:p w14:paraId="7CB1880C" w14:textId="77777777" w:rsidR="00A56A25" w:rsidRDefault="000241D8">
            <w:r>
              <w:t>Coach Signature:</w:t>
            </w:r>
            <w:r>
              <w:br/>
            </w:r>
            <w:r>
              <w:br/>
            </w:r>
          </w:p>
        </w:tc>
        <w:tc>
          <w:tcPr>
            <w:tcW w:w="5256" w:type="dxa"/>
          </w:tcPr>
          <w:p w14:paraId="41BD2FD7" w14:textId="77777777" w:rsidR="00A56A25" w:rsidRDefault="000241D8">
            <w:r>
              <w:t>Date:</w:t>
            </w:r>
            <w:r>
              <w:br/>
            </w:r>
            <w:r>
              <w:br/>
            </w:r>
          </w:p>
        </w:tc>
      </w:tr>
    </w:tbl>
    <w:p w14:paraId="074D12D4" w14:textId="771CEBB4" w:rsidR="00A56A25" w:rsidRDefault="00A56A25" w:rsidP="00741074">
      <w:pPr>
        <w:spacing w:before="100"/>
      </w:pPr>
    </w:p>
    <w:sectPr w:rsidR="00A56A25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10616196">
    <w:abstractNumId w:val="8"/>
  </w:num>
  <w:num w:numId="2" w16cid:durableId="498887389">
    <w:abstractNumId w:val="6"/>
  </w:num>
  <w:num w:numId="3" w16cid:durableId="1539007734">
    <w:abstractNumId w:val="5"/>
  </w:num>
  <w:num w:numId="4" w16cid:durableId="866262228">
    <w:abstractNumId w:val="4"/>
  </w:num>
  <w:num w:numId="5" w16cid:durableId="1145700727">
    <w:abstractNumId w:val="7"/>
  </w:num>
  <w:num w:numId="6" w16cid:durableId="380906852">
    <w:abstractNumId w:val="3"/>
  </w:num>
  <w:num w:numId="7" w16cid:durableId="1788960440">
    <w:abstractNumId w:val="2"/>
  </w:num>
  <w:num w:numId="8" w16cid:durableId="1587953537">
    <w:abstractNumId w:val="1"/>
  </w:num>
  <w:num w:numId="9" w16cid:durableId="49226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41D8"/>
    <w:rsid w:val="00034616"/>
    <w:rsid w:val="00041FB6"/>
    <w:rsid w:val="00043B80"/>
    <w:rsid w:val="0006063C"/>
    <w:rsid w:val="0015074B"/>
    <w:rsid w:val="0029639D"/>
    <w:rsid w:val="00326F90"/>
    <w:rsid w:val="004575A7"/>
    <w:rsid w:val="00741074"/>
    <w:rsid w:val="00A56A25"/>
    <w:rsid w:val="00AA1D8D"/>
    <w:rsid w:val="00AE47ED"/>
    <w:rsid w:val="00B27860"/>
    <w:rsid w:val="00B47730"/>
    <w:rsid w:val="00CB0664"/>
    <w:rsid w:val="00CE46A2"/>
    <w:rsid w:val="00E445C8"/>
    <w:rsid w:val="00E456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B6E095"/>
  <w14:defaultImageDpi w14:val="300"/>
  <w15:docId w15:val="{1F1B9F81-DAE2-4131-9BB8-78CD129A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Jessica Schamburg</cp:lastModifiedBy>
  <cp:revision>8</cp:revision>
  <dcterms:created xsi:type="dcterms:W3CDTF">2026-10-18T22:50:00Z</dcterms:created>
  <dcterms:modified xsi:type="dcterms:W3CDTF">2026-10-18T22:54:00Z</dcterms:modified>
  <cp:category/>
</cp:coreProperties>
</file>